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소명자료 제출서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[신청인 / 피신청인] 소송대리인은 다음 소명자료를 제출합니다.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순번</w:t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소명자료명</w:t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작성자</w:t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작성일</w:t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소명취지</w:t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60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</w:tbl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