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인증등본송부촉탁신청서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인증등본의 송부촉탁을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문서보관처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송부촉탁할 사건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법원 / 비법원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법원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사건번호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송부촉탁할 기록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증명할 사실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