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서증인부서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상대방이 제출한 서증에 대하여 다음과 같이 인부합니다.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제출자</w:t>
            </w:r>
          </w:p>
        </w:tc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호증번호</w:t>
            </w:r>
          </w:p>
        </w:tc>
        <w:tc>
          <w:tcPr>
            <w:tcW w:type="dxa" w:w="3515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호증명</w:t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/>
                <w:sz w:val="22"/>
              </w:rPr>
              <w:t>인부요지</w:t>
            </w:r>
          </w:p>
        </w:tc>
      </w:tr>
      <w:tr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515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515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515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515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515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515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515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  <w:tr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1361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515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  <w:tc>
          <w:tcPr>
            <w:tcW w:type="dxa" w:w="3402"/>
          </w:tcPr>
          <w:p>
            <w:pPr>
              <w:spacing w:line="312" w:lineRule="auto" w:before="40" w:after="40"/>
              <w:jc w:val="center"/>
            </w:pPr>
            <w:r>
              <w:rPr>
                <w:rFonts w:ascii="바탕" w:hAnsi="바탕" w:eastAsia="바탕" w:cs="바탕" w:hint="eastAsia"/>
                <w:b w:val="0"/>
                <w:sz w:val="22"/>
              </w:rPr>
            </w:r>
          </w:p>
        </w:tc>
      </w:tr>
    </w:tbl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2026-09-21T09:08:50Z</dcterms:created>
  <dcterms:modified xsi:type="dcterms:W3CDTF">2026-09-21T09:08:50Z</dcterms:modified>
  <cp:category/>
  <cp:contentStatus/>
</cp:coreProperties>
</file>