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문서송부촉탁신청서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문서송부촉탁을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문서보관처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송부촉탁할 사건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법원 / 비법원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법원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사건번호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송부촉탁할 기록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증명할 사실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2026-09-21T09:08:50Z</dcterms:created>
  <dcterms:modified xsi:type="dcterms:W3CDTF">2026-09-21T09:08:50Z</dcterms:modified>
  <cp:category/>
  <cp:contentStatus/>
</cp:coreProperties>
</file>