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과세정보제출명령신청서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과세정보의 제출을 명하여 주실 것을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대상기관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명칭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세무서장</w:t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명의인의 인적사항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성명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주민등록번호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7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요구대상기간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대상기간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위 대상기간으로 특정한 사유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사용목적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5.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요구하는 정보의 내용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6.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제1심의 증거조사와 관계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신청유형 — 제1심에서의 증거신청 · 조사 여부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제1심에서 조사된 증거조사 / 제1심에서 신청을 철회한 증거조사 / 제1심에서 신청이 기각된 증거조사 / 제1심에서 신청하지 않은 증거조사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항소심 조사 필요성의 유형별 소명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