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감정신청서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감정을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감정의 목적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감정의 목적물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라.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감정인(감정기관) 지정에 관한 의견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5.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그 밖에 고려를 요하는 특기사항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2026-09-21T09:08:49Z</dcterms:created>
  <dcterms:modified xsi:type="dcterms:W3CDTF">2026-09-21T09:08:49Z</dcterms:modified>
  <cp:category/>
  <cp:contentStatus/>
</cp:coreProperties>
</file>