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검증신청서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검증을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검증의 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검증의 목적물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검증사항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