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증인진술서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진술인은 다음과 같이 진술합니다.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진술인의 표시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생년월일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직업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연락처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진술 내용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라.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마.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진술인은 위 진술 내용이 사실과 다름이 없음을 확인합니다.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진술인 (서명 또는 날인)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