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증인신청서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증인신문을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증인의 표시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이름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직업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연락처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자택 · 사무실 · 휴대전화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원 · 피고와의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증인이 사건에 관여하거나 내용을 알게 된 경위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신문사항의 개요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제1심의 증인조사와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증인유형 — 제1심에서의 증거신청 · 조사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제1심에서 조사된 증인 / 제1심에서 신청을 철회한 증인 / 제1심에서 신청이 기각된 증인 / 제1심에서 신청하지 않은 증인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항소심 조사 필요성의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그 밖에 고려를 요하는 특기 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증인신문방식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증인진술서 제출방식 / 증인신문사항 제출방식 / 서면에 의한 증언방식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7.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증인의 출석 유형과 협력방안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대동 / 출석요구서 송달 / 영상신문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8.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예상 소요시간(주신문)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10분 / 20분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