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증거설명서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제출한 서증과 증명할 사실의 관계를 다음과 같이 밝힙니다.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호증번호</w:t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호증명</w:t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작성자</w:t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작성일자</w:t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입증취지</w:t>
            </w:r>
          </w:p>
        </w:tc>
      </w:tr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26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</w:tbl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