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서증목록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 서증을 제출합니다.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호증번호</w:t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가지번호</w:t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서류명</w:t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작성자</w:t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작성일</w:t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페이지</w:t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입증취지</w:t>
            </w:r>
          </w:p>
        </w:tc>
      </w:tr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134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928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020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24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907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238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</w:tbl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